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2AA" w:rsidRDefault="00FD3B51">
      <w:pPr>
        <w:jc w:val="center"/>
      </w:pPr>
      <w:r>
        <w:rPr>
          <w:b/>
          <w:sz w:val="32"/>
        </w:rPr>
        <w:t>АПЛИКАЦИОНА ФОРМА</w:t>
      </w:r>
      <w:bookmarkStart w:id="0" w:name="_GoBack"/>
      <w:bookmarkEnd w:id="0"/>
    </w:p>
    <w:p w:rsidR="00B832AA" w:rsidRDefault="00FD3B51">
      <w:pPr>
        <w:jc w:val="center"/>
        <w:rPr>
          <w:b/>
          <w:sz w:val="24"/>
        </w:rPr>
      </w:pPr>
      <w:r>
        <w:rPr>
          <w:b/>
          <w:sz w:val="24"/>
        </w:rPr>
        <w:t xml:space="preserve">за организовање лиге ван </w:t>
      </w:r>
      <w:proofErr w:type="spellStart"/>
      <w:r>
        <w:rPr>
          <w:b/>
          <w:sz w:val="24"/>
        </w:rPr>
        <w:t>званичног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система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такмичења</w:t>
      </w:r>
      <w:proofErr w:type="spellEnd"/>
      <w:r>
        <w:rPr>
          <w:b/>
          <w:sz w:val="24"/>
        </w:rPr>
        <w:t xml:space="preserve"> КСРС</w:t>
      </w:r>
    </w:p>
    <w:p w:rsidR="001C3AAC" w:rsidRPr="001C3AAC" w:rsidRDefault="001C3AAC">
      <w:pPr>
        <w:jc w:val="center"/>
        <w:rPr>
          <w:lang w:val="sr-Cyrl-BA"/>
        </w:rPr>
      </w:pPr>
    </w:p>
    <w:p w:rsidR="00B832AA" w:rsidRDefault="00FD3B51">
      <w:proofErr w:type="spellStart"/>
      <w:r>
        <w:rPr>
          <w:b/>
        </w:rPr>
        <w:t>Напомена</w:t>
      </w:r>
      <w:proofErr w:type="spellEnd"/>
      <w:r>
        <w:rPr>
          <w:b/>
        </w:rPr>
        <w:t xml:space="preserve">: </w:t>
      </w:r>
      <w:proofErr w:type="spellStart"/>
      <w:r>
        <w:t>Образац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подноси</w:t>
      </w:r>
      <w:proofErr w:type="spellEnd"/>
      <w:r>
        <w:t xml:space="preserve"> КСРС ради евидентирања, процјене </w:t>
      </w:r>
      <w:r>
        <w:t>испуњености стандарда и издавања писане потврде/сагласности. Подношење апликације само по себи не даје право на организацију лиге уз учешће регистрованих играча, клубова или службених лица КСРС.</w:t>
      </w:r>
    </w:p>
    <w:p w:rsidR="00B832AA" w:rsidRDefault="00FD3B51">
      <w:pPr>
        <w:pStyle w:val="Heading1"/>
      </w:pPr>
      <w:r>
        <w:t>1. ПОДАЦИ О ОРГАНИЗАТОРУ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15"/>
        <w:gridCol w:w="6236"/>
      </w:tblGrid>
      <w:tr w:rsidR="00B832AA">
        <w:trPr>
          <w:jc w:val="center"/>
        </w:trPr>
        <w:tc>
          <w:tcPr>
            <w:tcW w:w="351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rPr>
                <w:b/>
              </w:rPr>
              <w:t>Пун назив организатора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  <w:tr w:rsidR="00B832AA">
        <w:trPr>
          <w:jc w:val="center"/>
        </w:trPr>
        <w:tc>
          <w:tcPr>
            <w:tcW w:w="351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rPr>
                <w:b/>
              </w:rPr>
              <w:t>Правни стат</w:t>
            </w:r>
            <w:r>
              <w:rPr>
                <w:b/>
              </w:rPr>
              <w:t>ус / облик организовања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  <w:tr w:rsidR="00B832AA">
        <w:trPr>
          <w:jc w:val="center"/>
        </w:trPr>
        <w:tc>
          <w:tcPr>
            <w:tcW w:w="351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rPr>
                <w:b/>
              </w:rPr>
              <w:t>ЈИБ / матични број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  <w:tr w:rsidR="00B832AA">
        <w:trPr>
          <w:jc w:val="center"/>
        </w:trPr>
        <w:tc>
          <w:tcPr>
            <w:tcW w:w="351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rPr>
                <w:b/>
              </w:rPr>
              <w:t>Сједиште и адреса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  <w:tr w:rsidR="00B832AA">
        <w:trPr>
          <w:jc w:val="center"/>
        </w:trPr>
        <w:tc>
          <w:tcPr>
            <w:tcW w:w="351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rPr>
                <w:b/>
              </w:rPr>
              <w:t>Одговорно лице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  <w:tr w:rsidR="00B832AA">
        <w:trPr>
          <w:jc w:val="center"/>
        </w:trPr>
        <w:tc>
          <w:tcPr>
            <w:tcW w:w="351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rPr>
                <w:b/>
              </w:rPr>
              <w:t>Телефон и e-mail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  <w:tr w:rsidR="00B832AA">
        <w:trPr>
          <w:jc w:val="center"/>
        </w:trPr>
        <w:tc>
          <w:tcPr>
            <w:tcW w:w="351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rPr>
                <w:b/>
              </w:rPr>
              <w:t>Лице задужено за организацију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  <w:tr w:rsidR="00B832AA">
        <w:trPr>
          <w:jc w:val="center"/>
        </w:trPr>
        <w:tc>
          <w:tcPr>
            <w:tcW w:w="351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rPr>
                <w:b/>
              </w:rPr>
              <w:t>Телефон и e-mail контакт лица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  <w:tr w:rsidR="00B832AA">
        <w:trPr>
          <w:jc w:val="center"/>
        </w:trPr>
        <w:tc>
          <w:tcPr>
            <w:tcW w:w="351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rPr>
                <w:b/>
              </w:rPr>
              <w:t>Број и датум рјешења о регистрацији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  <w:tr w:rsidR="00B832AA">
        <w:trPr>
          <w:jc w:val="center"/>
        </w:trPr>
        <w:tc>
          <w:tcPr>
            <w:tcW w:w="351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rPr>
                <w:b/>
              </w:rPr>
              <w:t>Рачун / пословна банка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</w:tbl>
    <w:p w:rsidR="00B832AA" w:rsidRDefault="00B832AA">
      <w:pPr>
        <w:spacing w:after="0"/>
      </w:pPr>
    </w:p>
    <w:p w:rsidR="00B832AA" w:rsidRDefault="00FD3B51">
      <w:pPr>
        <w:pStyle w:val="Heading1"/>
      </w:pPr>
      <w:r>
        <w:t>2. ОСНОВНИ ПОДАЦИ О ЛИГИ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15"/>
        <w:gridCol w:w="6236"/>
      </w:tblGrid>
      <w:tr w:rsidR="00B832AA">
        <w:trPr>
          <w:jc w:val="center"/>
        </w:trPr>
        <w:tc>
          <w:tcPr>
            <w:tcW w:w="351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rPr>
                <w:b/>
              </w:rPr>
              <w:t>Пун назив лиге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  <w:tr w:rsidR="00B832AA">
        <w:trPr>
          <w:jc w:val="center"/>
        </w:trPr>
        <w:tc>
          <w:tcPr>
            <w:tcW w:w="351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rPr>
                <w:b/>
              </w:rPr>
              <w:t>Такмичарска сезона / период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  <w:tr w:rsidR="00B832AA">
        <w:trPr>
          <w:jc w:val="center"/>
        </w:trPr>
        <w:tc>
          <w:tcPr>
            <w:tcW w:w="351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rPr>
                <w:b/>
              </w:rPr>
              <w:t>Територија на којој се лига организује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  <w:tr w:rsidR="00B832AA">
        <w:trPr>
          <w:jc w:val="center"/>
        </w:trPr>
        <w:tc>
          <w:tcPr>
            <w:tcW w:w="351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rPr>
                <w:b/>
              </w:rPr>
              <w:t>Планирани датум почетка и завршетка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  <w:tr w:rsidR="00B832AA">
        <w:trPr>
          <w:jc w:val="center"/>
        </w:trPr>
        <w:tc>
          <w:tcPr>
            <w:tcW w:w="351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rPr>
                <w:b/>
              </w:rPr>
              <w:t>Узрасна категорија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  <w:tr w:rsidR="00B832AA">
        <w:trPr>
          <w:jc w:val="center"/>
        </w:trPr>
        <w:tc>
          <w:tcPr>
            <w:tcW w:w="351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rPr>
                <w:b/>
              </w:rPr>
              <w:t>Конкуренција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t>☐</w:t>
            </w:r>
            <w:r>
              <w:t xml:space="preserve"> мушка   ☐ женска   ☐ мјешовита</w:t>
            </w:r>
          </w:p>
        </w:tc>
      </w:tr>
      <w:tr w:rsidR="00B832AA">
        <w:trPr>
          <w:jc w:val="center"/>
        </w:trPr>
        <w:tc>
          <w:tcPr>
            <w:tcW w:w="351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rPr>
                <w:b/>
              </w:rPr>
              <w:t>Број екипа и оквирни број учесника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  <w:tr w:rsidR="00B832AA">
        <w:trPr>
          <w:jc w:val="center"/>
        </w:trPr>
        <w:tc>
          <w:tcPr>
            <w:tcW w:w="351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rPr>
                <w:b/>
              </w:rPr>
              <w:t>Систем такмичења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  <w:tr w:rsidR="00B832AA">
        <w:trPr>
          <w:jc w:val="center"/>
        </w:trPr>
        <w:tc>
          <w:tcPr>
            <w:tcW w:w="351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rPr>
                <w:b/>
              </w:rPr>
              <w:lastRenderedPageBreak/>
              <w:t xml:space="preserve">Број </w:t>
            </w:r>
            <w:r>
              <w:rPr>
                <w:b/>
              </w:rPr>
              <w:t>планираних утакмица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  <w:tr w:rsidR="00B832AA">
        <w:trPr>
          <w:jc w:val="center"/>
        </w:trPr>
        <w:tc>
          <w:tcPr>
            <w:tcW w:w="351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rPr>
                <w:b/>
              </w:rPr>
              <w:t>Мјеста и спортски објекти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</w:tbl>
    <w:p w:rsidR="00B832AA" w:rsidRDefault="00B832AA">
      <w:pPr>
        <w:spacing w:after="0"/>
      </w:pPr>
    </w:p>
    <w:p w:rsidR="00B832AA" w:rsidRDefault="00FD3B51">
      <w:pPr>
        <w:pStyle w:val="Heading1"/>
      </w:pPr>
      <w:r>
        <w:t>3. УЧЕСНИЦИ ЛИГЕ</w:t>
      </w:r>
    </w:p>
    <w:p w:rsidR="00B832AA" w:rsidRDefault="00FD3B51">
      <w:r>
        <w:t xml:space="preserve">Навести све пријављене или планиране екипе, њихова сједишта и одговорна лица. Ако нема довољно простора, доставити посебан списак као </w:t>
      </w:r>
      <w:r>
        <w:t>прилог.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48"/>
        <w:gridCol w:w="2547"/>
        <w:gridCol w:w="2547"/>
        <w:gridCol w:w="2548"/>
      </w:tblGrid>
      <w:tr w:rsidR="00B832AA">
        <w:trPr>
          <w:jc w:val="center"/>
        </w:trPr>
        <w:tc>
          <w:tcPr>
            <w:tcW w:w="2550" w:type="dxa"/>
            <w:shd w:val="clear" w:color="auto" w:fill="1F4E78"/>
          </w:tcPr>
          <w:p w:rsidR="00B832AA" w:rsidRDefault="00FD3B51">
            <w:proofErr w:type="spellStart"/>
            <w:r>
              <w:rPr>
                <w:b/>
                <w:color w:val="FFFFFF"/>
              </w:rPr>
              <w:t>Р.б</w:t>
            </w:r>
            <w:proofErr w:type="spellEnd"/>
            <w:r>
              <w:rPr>
                <w:b/>
                <w:color w:val="FFFFFF"/>
              </w:rPr>
              <w:t>.</w:t>
            </w:r>
          </w:p>
        </w:tc>
        <w:tc>
          <w:tcPr>
            <w:tcW w:w="2550" w:type="dxa"/>
            <w:shd w:val="clear" w:color="auto" w:fill="1F4E78"/>
          </w:tcPr>
          <w:p w:rsidR="00B832AA" w:rsidRDefault="00FD3B51">
            <w:r>
              <w:rPr>
                <w:b/>
                <w:color w:val="FFFFFF"/>
              </w:rPr>
              <w:t>Назив екипе / клуба</w:t>
            </w:r>
          </w:p>
        </w:tc>
        <w:tc>
          <w:tcPr>
            <w:tcW w:w="2550" w:type="dxa"/>
            <w:shd w:val="clear" w:color="auto" w:fill="1F4E78"/>
          </w:tcPr>
          <w:p w:rsidR="00B832AA" w:rsidRDefault="00FD3B51">
            <w:r>
              <w:rPr>
                <w:b/>
                <w:color w:val="FFFFFF"/>
              </w:rPr>
              <w:t>Мјесто</w:t>
            </w:r>
          </w:p>
        </w:tc>
        <w:tc>
          <w:tcPr>
            <w:tcW w:w="2550" w:type="dxa"/>
            <w:shd w:val="clear" w:color="auto" w:fill="1F4E78"/>
          </w:tcPr>
          <w:p w:rsidR="00B832AA" w:rsidRDefault="00FD3B51">
            <w:r>
              <w:rPr>
                <w:b/>
                <w:color w:val="FFFFFF"/>
              </w:rPr>
              <w:t>Одговорно лице и контакт</w:t>
            </w:r>
          </w:p>
        </w:tc>
      </w:tr>
      <w:tr w:rsidR="00B832AA">
        <w:trPr>
          <w:jc w:val="center"/>
        </w:trPr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t>1</w:t>
            </w:r>
          </w:p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  <w:tr w:rsidR="00B832AA">
        <w:trPr>
          <w:jc w:val="center"/>
        </w:trPr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t>2</w:t>
            </w:r>
          </w:p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  <w:tr w:rsidR="00B832AA">
        <w:trPr>
          <w:jc w:val="center"/>
        </w:trPr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t>3</w:t>
            </w:r>
          </w:p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  <w:tr w:rsidR="00B832AA">
        <w:trPr>
          <w:jc w:val="center"/>
        </w:trPr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t>4</w:t>
            </w:r>
          </w:p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  <w:tr w:rsidR="00B832AA">
        <w:trPr>
          <w:jc w:val="center"/>
        </w:trPr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t>5</w:t>
            </w:r>
          </w:p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  <w:tr w:rsidR="00B832AA">
        <w:trPr>
          <w:jc w:val="center"/>
        </w:trPr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t>6</w:t>
            </w:r>
          </w:p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  <w:tr w:rsidR="00B832AA">
        <w:trPr>
          <w:jc w:val="center"/>
        </w:trPr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t>7</w:t>
            </w:r>
          </w:p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  <w:tr w:rsidR="00B832AA">
        <w:trPr>
          <w:jc w:val="center"/>
        </w:trPr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t>8</w:t>
            </w:r>
          </w:p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</w:tbl>
    <w:p w:rsidR="00B832AA" w:rsidRDefault="001C3AAC" w:rsidP="001C3AAC">
      <w:pPr>
        <w:tabs>
          <w:tab w:val="left" w:pos="2385"/>
        </w:tabs>
      </w:pPr>
      <w:r>
        <w:tab/>
      </w:r>
    </w:p>
    <w:p w:rsidR="00B832AA" w:rsidRDefault="00FD3B51">
      <w:r>
        <w:rPr>
          <w:b/>
        </w:rPr>
        <w:t xml:space="preserve">Посебан услов за регистроване играче: </w:t>
      </w:r>
      <w:r>
        <w:t xml:space="preserve">За сваког играча регистрованог у КСРС организатор је обавезан да, прије његовог првог наступа, прибави </w:t>
      </w:r>
      <w:r>
        <w:t>и достави КСРС писану потврду матичног клуба којом клуб изричито одобрава наступ играча у предметној лиги. Општа, усмена или претпостављена сагласност не сматра се довољном.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15"/>
        <w:gridCol w:w="6236"/>
      </w:tblGrid>
      <w:tr w:rsidR="00B832AA">
        <w:trPr>
          <w:jc w:val="center"/>
        </w:trPr>
        <w:tc>
          <w:tcPr>
            <w:tcW w:w="351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rPr>
                <w:b/>
              </w:rPr>
              <w:t>Начин вођења евиденције играча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  <w:tr w:rsidR="00B832AA">
        <w:trPr>
          <w:jc w:val="center"/>
        </w:trPr>
        <w:tc>
          <w:tcPr>
            <w:tcW w:w="351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rPr>
                <w:b/>
              </w:rPr>
              <w:t>Број регистрованих играча за које се тражи наступ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  <w:tr w:rsidR="00B832AA">
        <w:trPr>
          <w:jc w:val="center"/>
        </w:trPr>
        <w:tc>
          <w:tcPr>
            <w:tcW w:w="351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rPr>
                <w:b/>
              </w:rPr>
              <w:t>Лице одговорно за контролу потврда клубова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</w:tbl>
    <w:p w:rsidR="00B832AA" w:rsidRDefault="00B832AA">
      <w:pPr>
        <w:spacing w:after="0"/>
      </w:pPr>
    </w:p>
    <w:p w:rsidR="00B832AA" w:rsidRDefault="00FD3B51">
      <w:pPr>
        <w:pStyle w:val="Heading1"/>
      </w:pPr>
      <w:r>
        <w:t>4. ПРОПИСИ И ОРГАНИЗАЦИЈА ТАКМИЧЕЊА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15"/>
        <w:gridCol w:w="6236"/>
      </w:tblGrid>
      <w:tr w:rsidR="00B832AA">
        <w:trPr>
          <w:jc w:val="center"/>
        </w:trPr>
        <w:tc>
          <w:tcPr>
            <w:tcW w:w="351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rPr>
                <w:b/>
              </w:rPr>
              <w:t>Правила по којима се игра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t>☐</w:t>
            </w:r>
            <w:r>
              <w:t xml:space="preserve"> FIBA правила   ☐ друга правила: __________________________</w:t>
            </w:r>
          </w:p>
        </w:tc>
      </w:tr>
      <w:tr w:rsidR="00B832AA">
        <w:trPr>
          <w:jc w:val="center"/>
        </w:trPr>
        <w:tc>
          <w:tcPr>
            <w:tcW w:w="351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rPr>
                <w:b/>
              </w:rPr>
              <w:t>Орган који руководи лигом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  <w:tr w:rsidR="00B832AA">
        <w:trPr>
          <w:jc w:val="center"/>
        </w:trPr>
        <w:tc>
          <w:tcPr>
            <w:tcW w:w="351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rPr>
                <w:b/>
              </w:rPr>
              <w:t xml:space="preserve">Комесар / руководилац </w:t>
            </w:r>
            <w:r>
              <w:rPr>
                <w:b/>
              </w:rPr>
              <w:lastRenderedPageBreak/>
              <w:t>такмичења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  <w:tr w:rsidR="00B832AA">
        <w:trPr>
          <w:jc w:val="center"/>
        </w:trPr>
        <w:tc>
          <w:tcPr>
            <w:tcW w:w="351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proofErr w:type="spellStart"/>
            <w:r>
              <w:rPr>
                <w:b/>
              </w:rPr>
              <w:lastRenderedPageBreak/>
              <w:t>Планирано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ангажовање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службених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лица</w:t>
            </w:r>
            <w:proofErr w:type="spellEnd"/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t>☐</w:t>
            </w:r>
            <w:r>
              <w:t xml:space="preserve"> судије   ☐ делегати   ☐ контролори   ☐ записнички сто</w:t>
            </w:r>
          </w:p>
        </w:tc>
      </w:tr>
      <w:tr w:rsidR="00B832AA">
        <w:trPr>
          <w:jc w:val="center"/>
        </w:trPr>
        <w:tc>
          <w:tcPr>
            <w:tcW w:w="351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rPr>
                <w:b/>
              </w:rPr>
              <w:t>Организација која делегира службена</w:t>
            </w:r>
            <w:r>
              <w:rPr>
                <w:b/>
              </w:rPr>
              <w:t xml:space="preserve"> лица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</w:tbl>
    <w:p w:rsidR="00B832AA" w:rsidRDefault="00B832AA">
      <w:pPr>
        <w:spacing w:after="0"/>
      </w:pPr>
    </w:p>
    <w:p w:rsidR="00B832AA" w:rsidRDefault="00FD3B51">
      <w:pPr>
        <w:pStyle w:val="Heading1"/>
      </w:pPr>
      <w:r>
        <w:t>5. БЕЗБЈЕДНОСТ, ЗДРАВСТВЕНА ЗАШТИТА И ОСИГУРАЊЕ</w:t>
      </w:r>
    </w:p>
    <w:p w:rsidR="00B832AA" w:rsidRDefault="00FD3B51">
      <w:pPr>
        <w:ind w:left="113"/>
      </w:pPr>
      <w:r>
        <w:rPr>
          <w:b/>
        </w:rPr>
        <w:t>☐</w:t>
      </w:r>
      <w:r>
        <w:rPr>
          <w:b/>
        </w:rPr>
        <w:t xml:space="preserve">  </w:t>
      </w:r>
      <w:r>
        <w:t>За сваки објекат постоји доказ о испуњености услова за одигравање утакмица.</w:t>
      </w:r>
    </w:p>
    <w:p w:rsidR="00B832AA" w:rsidRDefault="00FD3B51">
      <w:pPr>
        <w:ind w:left="113"/>
      </w:pPr>
      <w:r>
        <w:rPr>
          <w:b/>
        </w:rPr>
        <w:t>☐</w:t>
      </w:r>
      <w:r>
        <w:rPr>
          <w:b/>
        </w:rPr>
        <w:t xml:space="preserve">  </w:t>
      </w:r>
      <w:r>
        <w:t>Обезбијеђена је медицинска подршка / присуство стручног медицинског лица.</w:t>
      </w:r>
    </w:p>
    <w:p w:rsidR="00B832AA" w:rsidRDefault="00FD3B51">
      <w:pPr>
        <w:ind w:left="113"/>
      </w:pPr>
      <w:r>
        <w:rPr>
          <w:b/>
        </w:rPr>
        <w:t>☐</w:t>
      </w:r>
      <w:r>
        <w:rPr>
          <w:b/>
        </w:rPr>
        <w:t xml:space="preserve">  </w:t>
      </w:r>
      <w:r>
        <w:t>Обезбијеђен је план поступања у хитним с</w:t>
      </w:r>
      <w:r>
        <w:t>лучајевима и контакт хитне помоћи.</w:t>
      </w:r>
    </w:p>
    <w:p w:rsidR="00B832AA" w:rsidRDefault="00FD3B51">
      <w:pPr>
        <w:ind w:left="113"/>
      </w:pPr>
      <w:r>
        <w:rPr>
          <w:b/>
        </w:rPr>
        <w:t>☐</w:t>
      </w:r>
      <w:r>
        <w:rPr>
          <w:b/>
        </w:rPr>
        <w:t xml:space="preserve">  </w:t>
      </w:r>
      <w:r>
        <w:t>Учесници су осигурани од посљедица повреда или су писано упознати са режимом осигурања.</w:t>
      </w:r>
    </w:p>
    <w:p w:rsidR="00B832AA" w:rsidRDefault="00FD3B51">
      <w:pPr>
        <w:ind w:left="113"/>
      </w:pPr>
      <w:r>
        <w:rPr>
          <w:b/>
        </w:rPr>
        <w:t>☐</w:t>
      </w:r>
      <w:r>
        <w:rPr>
          <w:b/>
        </w:rPr>
        <w:t xml:space="preserve">  </w:t>
      </w:r>
      <w:r>
        <w:t>Обезбијеђена је редарска служба и план безбједности, када је то потребно.</w:t>
      </w:r>
    </w:p>
    <w:p w:rsidR="00B832AA" w:rsidRDefault="00FD3B51">
      <w:pPr>
        <w:ind w:left="113"/>
      </w:pPr>
      <w:r>
        <w:rPr>
          <w:b/>
        </w:rPr>
        <w:t>☐</w:t>
      </w:r>
      <w:r>
        <w:rPr>
          <w:b/>
        </w:rPr>
        <w:t xml:space="preserve">  </w:t>
      </w:r>
      <w:r>
        <w:t>Обезбијеђена је заштита малољетних учесника и писа</w:t>
      </w:r>
      <w:r>
        <w:t>на сагласност родитеља/старатеља.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15"/>
        <w:gridCol w:w="6236"/>
      </w:tblGrid>
      <w:tr w:rsidR="00B832AA">
        <w:trPr>
          <w:jc w:val="center"/>
        </w:trPr>
        <w:tc>
          <w:tcPr>
            <w:tcW w:w="351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rPr>
                <w:b/>
              </w:rPr>
              <w:t>Назив здравствене установе / медицинске службе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  <w:tr w:rsidR="00B832AA">
        <w:trPr>
          <w:jc w:val="center"/>
        </w:trPr>
        <w:tc>
          <w:tcPr>
            <w:tcW w:w="351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rPr>
                <w:b/>
              </w:rPr>
              <w:t>Осигуравач и број полисе (ако постоји)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  <w:tr w:rsidR="00B832AA">
        <w:trPr>
          <w:jc w:val="center"/>
        </w:trPr>
        <w:tc>
          <w:tcPr>
            <w:tcW w:w="351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rPr>
                <w:b/>
              </w:rPr>
              <w:t>Одговорно лице за безбједност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</w:tbl>
    <w:p w:rsidR="00B832AA" w:rsidRDefault="00B832AA">
      <w:pPr>
        <w:spacing w:after="0"/>
      </w:pPr>
    </w:p>
    <w:p w:rsidR="00B832AA" w:rsidRDefault="00FD3B51">
      <w:pPr>
        <w:pStyle w:val="Heading1"/>
      </w:pPr>
      <w:r>
        <w:t>6. МЕДИЈСКО ПРЕДСТАВЉАЊЕ И КОМЕРЦИЈАЛНА ПРАВА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15"/>
        <w:gridCol w:w="6236"/>
      </w:tblGrid>
      <w:tr w:rsidR="00B832AA">
        <w:trPr>
          <w:jc w:val="center"/>
        </w:trPr>
        <w:tc>
          <w:tcPr>
            <w:tcW w:w="351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rPr>
                <w:b/>
              </w:rPr>
              <w:t>Веб-сајт и друштвене мреже лиге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  <w:tr w:rsidR="00B832AA">
        <w:trPr>
          <w:jc w:val="center"/>
        </w:trPr>
        <w:tc>
          <w:tcPr>
            <w:tcW w:w="351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rPr>
                <w:b/>
              </w:rPr>
              <w:t>Планирани преноси /</w:t>
            </w:r>
            <w:r>
              <w:rPr>
                <w:b/>
              </w:rPr>
              <w:t xml:space="preserve"> стриминг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  <w:tr w:rsidR="00B832AA">
        <w:trPr>
          <w:jc w:val="center"/>
        </w:trPr>
        <w:tc>
          <w:tcPr>
            <w:tcW w:w="351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1C3AAC">
            <w:proofErr w:type="spellStart"/>
            <w:r>
              <w:rPr>
                <w:b/>
              </w:rPr>
              <w:t>Медијски</w:t>
            </w:r>
            <w:proofErr w:type="spellEnd"/>
            <w:r w:rsidR="00FD3B51">
              <w:rPr>
                <w:b/>
              </w:rPr>
              <w:t xml:space="preserve"> </w:t>
            </w:r>
            <w:proofErr w:type="spellStart"/>
            <w:r w:rsidR="00FD3B51">
              <w:rPr>
                <w:b/>
              </w:rPr>
              <w:t>партнери</w:t>
            </w:r>
            <w:proofErr w:type="spellEnd"/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</w:tbl>
    <w:p w:rsidR="00B832AA" w:rsidRDefault="00B832AA">
      <w:pPr>
        <w:spacing w:after="0"/>
      </w:pPr>
    </w:p>
    <w:p w:rsidR="00B832AA" w:rsidRDefault="00FD3B51">
      <w:r>
        <w:rPr>
          <w:b/>
        </w:rPr>
        <w:t xml:space="preserve">Ограничење употребе обиљежја КСРС: </w:t>
      </w:r>
      <w:r>
        <w:t xml:space="preserve">Организатор нема право да користи назив, скраћеницу, знак, грб, </w:t>
      </w:r>
      <w:r>
        <w:t>логотип, заставу, визуелни идентитет или друга обиљежја КСРС, нити да у јавности ствара утисак да је КСРС организатор, суорганизатор, покровитељ или партнер лиге, осим ако за конкретну употребу претходно добије посебну писану сагласност КСРС. Издавање потв</w:t>
      </w:r>
      <w:r>
        <w:t>рде за одржавање лиге не представља сагласност за употребу обиљежја КСРС.</w:t>
      </w:r>
    </w:p>
    <w:p w:rsidR="00B832AA" w:rsidRDefault="00FD3B51">
      <w:pPr>
        <w:pStyle w:val="Heading1"/>
      </w:pPr>
      <w:r>
        <w:t>7. ОБАВЕЗНИ ПРИЛОЗИ</w:t>
      </w:r>
    </w:p>
    <w:p w:rsidR="00B832AA" w:rsidRDefault="00FD3B51">
      <w:pPr>
        <w:ind w:left="113"/>
      </w:pPr>
      <w:r>
        <w:rPr>
          <w:b/>
        </w:rPr>
        <w:t>☐</w:t>
      </w:r>
      <w:r>
        <w:rPr>
          <w:b/>
        </w:rPr>
        <w:t xml:space="preserve">  </w:t>
      </w:r>
      <w:r>
        <w:t>Рјешење о регистрацији организатора и подаци о одговорном лицу.</w:t>
      </w:r>
    </w:p>
    <w:p w:rsidR="00B832AA" w:rsidRDefault="00FD3B51">
      <w:pPr>
        <w:ind w:left="113"/>
      </w:pPr>
      <w:proofErr w:type="gramStart"/>
      <w:r>
        <w:rPr>
          <w:b/>
        </w:rPr>
        <w:t>☐</w:t>
      </w:r>
      <w:r>
        <w:rPr>
          <w:b/>
        </w:rPr>
        <w:t xml:space="preserve">  </w:t>
      </w:r>
      <w:proofErr w:type="spellStart"/>
      <w:r>
        <w:t>Календар</w:t>
      </w:r>
      <w:proofErr w:type="spellEnd"/>
      <w:proofErr w:type="gramEnd"/>
      <w:r>
        <w:t xml:space="preserve"> </w:t>
      </w:r>
      <w:proofErr w:type="spellStart"/>
      <w:r>
        <w:t>такмичења</w:t>
      </w:r>
      <w:proofErr w:type="spellEnd"/>
      <w:r>
        <w:t xml:space="preserve"> и списак планираних утакмица/тер</w:t>
      </w:r>
      <w:r>
        <w:t>мина.</w:t>
      </w:r>
    </w:p>
    <w:p w:rsidR="00B832AA" w:rsidRDefault="00FD3B51">
      <w:pPr>
        <w:ind w:left="113"/>
      </w:pPr>
      <w:r>
        <w:rPr>
          <w:b/>
        </w:rPr>
        <w:t>☐</w:t>
      </w:r>
      <w:r>
        <w:rPr>
          <w:b/>
        </w:rPr>
        <w:t xml:space="preserve">  </w:t>
      </w:r>
      <w:r>
        <w:t>Списак екипа и одговорних лица учесника.</w:t>
      </w:r>
    </w:p>
    <w:p w:rsidR="00B832AA" w:rsidRDefault="00FD3B51">
      <w:pPr>
        <w:ind w:left="113"/>
      </w:pPr>
      <w:r>
        <w:rPr>
          <w:b/>
        </w:rPr>
        <w:t>☐</w:t>
      </w:r>
      <w:r>
        <w:rPr>
          <w:b/>
        </w:rPr>
        <w:t xml:space="preserve">  </w:t>
      </w:r>
      <w:r>
        <w:t>Поименични списак регистрованих играча са називом матичног клуба.</w:t>
      </w:r>
    </w:p>
    <w:p w:rsidR="00B832AA" w:rsidRDefault="00FD3B51">
      <w:pPr>
        <w:ind w:left="113"/>
      </w:pPr>
      <w:r>
        <w:rPr>
          <w:b/>
        </w:rPr>
        <w:t>☐</w:t>
      </w:r>
      <w:r>
        <w:rPr>
          <w:b/>
        </w:rPr>
        <w:t xml:space="preserve">  </w:t>
      </w:r>
      <w:r>
        <w:t>Појединачне писане потврде матичних клубова за наступ регистрованих играча.</w:t>
      </w:r>
    </w:p>
    <w:p w:rsidR="00B832AA" w:rsidRDefault="00FD3B51">
      <w:pPr>
        <w:ind w:left="113"/>
      </w:pPr>
      <w:r>
        <w:rPr>
          <w:b/>
        </w:rPr>
        <w:t>☐</w:t>
      </w:r>
      <w:r>
        <w:rPr>
          <w:b/>
        </w:rPr>
        <w:t xml:space="preserve">  </w:t>
      </w:r>
      <w:r>
        <w:t>Списак спортских објеката са основним подацима.</w:t>
      </w:r>
    </w:p>
    <w:p w:rsidR="00B832AA" w:rsidRDefault="00FD3B51">
      <w:pPr>
        <w:ind w:left="113"/>
      </w:pPr>
      <w:r>
        <w:rPr>
          <w:b/>
        </w:rPr>
        <w:t>☐</w:t>
      </w:r>
      <w:r>
        <w:rPr>
          <w:b/>
        </w:rPr>
        <w:t xml:space="preserve">  </w:t>
      </w:r>
      <w:r>
        <w:t>План</w:t>
      </w:r>
      <w:r>
        <w:t xml:space="preserve"> ангажовања судија и других службених лица.</w:t>
      </w:r>
    </w:p>
    <w:p w:rsidR="00B832AA" w:rsidRDefault="00FD3B51">
      <w:pPr>
        <w:ind w:left="113"/>
      </w:pPr>
      <w:r>
        <w:rPr>
          <w:b/>
        </w:rPr>
        <w:t>☐</w:t>
      </w:r>
      <w:r>
        <w:rPr>
          <w:b/>
        </w:rPr>
        <w:t xml:space="preserve">  </w:t>
      </w:r>
      <w:r>
        <w:t>План медицинске заштите, безбједности и осигурања учесника.</w:t>
      </w:r>
    </w:p>
    <w:p w:rsidR="00B832AA" w:rsidRDefault="00FD3B51">
      <w:pPr>
        <w:ind w:left="113"/>
      </w:pPr>
      <w:proofErr w:type="gramStart"/>
      <w:r>
        <w:rPr>
          <w:b/>
        </w:rPr>
        <w:t>☐</w:t>
      </w:r>
      <w:r>
        <w:rPr>
          <w:b/>
        </w:rPr>
        <w:t xml:space="preserve">  </w:t>
      </w:r>
      <w:r>
        <w:t>Доказ</w:t>
      </w:r>
      <w:proofErr w:type="gramEnd"/>
      <w:r>
        <w:t xml:space="preserve"> о </w:t>
      </w:r>
      <w:proofErr w:type="spellStart"/>
      <w:r>
        <w:t>уплати</w:t>
      </w:r>
      <w:proofErr w:type="spellEnd"/>
      <w:r>
        <w:t xml:space="preserve"> </w:t>
      </w:r>
      <w:proofErr w:type="spellStart"/>
      <w:r>
        <w:t>прописане</w:t>
      </w:r>
      <w:proofErr w:type="spellEnd"/>
      <w:r>
        <w:t xml:space="preserve"> </w:t>
      </w:r>
      <w:proofErr w:type="spellStart"/>
      <w:r>
        <w:t>н</w:t>
      </w:r>
      <w:r w:rsidR="001C3AAC">
        <w:t>акнаде</w:t>
      </w:r>
      <w:proofErr w:type="spellEnd"/>
      <w:r w:rsidR="001C3AAC">
        <w:t>.</w:t>
      </w:r>
    </w:p>
    <w:p w:rsidR="00B832AA" w:rsidRDefault="00FD3B51">
      <w:pPr>
        <w:ind w:left="113"/>
      </w:pPr>
      <w:proofErr w:type="gramStart"/>
      <w:r>
        <w:rPr>
          <w:b/>
        </w:rPr>
        <w:t>☐</w:t>
      </w:r>
      <w:r>
        <w:rPr>
          <w:b/>
        </w:rPr>
        <w:t xml:space="preserve">  </w:t>
      </w:r>
      <w:r>
        <w:t>Друга</w:t>
      </w:r>
      <w:proofErr w:type="gramEnd"/>
      <w:r>
        <w:t xml:space="preserve"> документација коју затражи КСРС.</w:t>
      </w:r>
    </w:p>
    <w:p w:rsidR="00B832AA" w:rsidRDefault="00FD3B51">
      <w:pPr>
        <w:pStyle w:val="Heading1"/>
      </w:pPr>
      <w:r>
        <w:t>8. ИЗЈАВА И ОБАВЕЗЕ ОРГАНИЗАТОРА</w:t>
      </w:r>
    </w:p>
    <w:p w:rsidR="00B832AA" w:rsidRDefault="00FD3B51">
      <w:r>
        <w:t xml:space="preserve">Под пуном </w:t>
      </w:r>
      <w:r>
        <w:t>материјалном, дисциплинском и другом одговорношћу изјављујемо:</w:t>
      </w:r>
    </w:p>
    <w:p w:rsidR="00B832AA" w:rsidRDefault="00FD3B51">
      <w:pPr>
        <w:ind w:left="113"/>
      </w:pPr>
      <w:r>
        <w:rPr>
          <w:b/>
        </w:rPr>
        <w:t>☐</w:t>
      </w:r>
      <w:r>
        <w:rPr>
          <w:b/>
        </w:rPr>
        <w:t xml:space="preserve">  </w:t>
      </w:r>
      <w:r>
        <w:t>да су сви подаци у апликацији и прилозима тачни и потпуни;</w:t>
      </w:r>
    </w:p>
    <w:p w:rsidR="00B832AA" w:rsidRDefault="00FD3B51">
      <w:pPr>
        <w:ind w:left="113"/>
      </w:pPr>
      <w:proofErr w:type="gramStart"/>
      <w:r>
        <w:rPr>
          <w:b/>
        </w:rPr>
        <w:t>☐</w:t>
      </w:r>
      <w:r>
        <w:rPr>
          <w:b/>
        </w:rPr>
        <w:t xml:space="preserve">  </w:t>
      </w:r>
      <w:r>
        <w:t>да</w:t>
      </w:r>
      <w:proofErr w:type="gramEnd"/>
      <w:r>
        <w:t xml:space="preserve"> ћемо лигу организовати у складу са </w:t>
      </w:r>
      <w:proofErr w:type="spellStart"/>
      <w:r>
        <w:t>важећим</w:t>
      </w:r>
      <w:proofErr w:type="spellEnd"/>
      <w:r>
        <w:t xml:space="preserve"> </w:t>
      </w:r>
      <w:proofErr w:type="spellStart"/>
      <w:r>
        <w:t>законима</w:t>
      </w:r>
      <w:proofErr w:type="spellEnd"/>
      <w:r>
        <w:t xml:space="preserve">, </w:t>
      </w:r>
      <w:proofErr w:type="spellStart"/>
      <w:r w:rsidR="001C3AAC">
        <w:t>подзаконским</w:t>
      </w:r>
      <w:proofErr w:type="spellEnd"/>
      <w:r w:rsidR="001C3AAC">
        <w:t xml:space="preserve"> </w:t>
      </w:r>
      <w:proofErr w:type="spellStart"/>
      <w:r w:rsidR="001C3AAC">
        <w:t>актима</w:t>
      </w:r>
      <w:proofErr w:type="spellEnd"/>
      <w:r>
        <w:t xml:space="preserve"> и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писане потврде/сагласност</w:t>
      </w:r>
      <w:r>
        <w:t>и;</w:t>
      </w:r>
    </w:p>
    <w:p w:rsidR="00B832AA" w:rsidRDefault="00FD3B51">
      <w:pPr>
        <w:ind w:left="113"/>
      </w:pPr>
      <w:r>
        <w:rPr>
          <w:b/>
        </w:rPr>
        <w:t>☐</w:t>
      </w:r>
      <w:r>
        <w:rPr>
          <w:b/>
        </w:rPr>
        <w:t xml:space="preserve">  </w:t>
      </w:r>
      <w:r>
        <w:t>да регистроване играче, клубове, тренере, судије, делегате, контролоре и друга службена лица у систему КСРС нећемо ангажовати прије добијања писане потврде/сагласности КСРС и испуњења услова наведених у њој;</w:t>
      </w:r>
    </w:p>
    <w:p w:rsidR="00B832AA" w:rsidRDefault="00FD3B51">
      <w:pPr>
        <w:ind w:left="113"/>
      </w:pPr>
      <w:r>
        <w:rPr>
          <w:b/>
        </w:rPr>
        <w:t>☐</w:t>
      </w:r>
      <w:r>
        <w:rPr>
          <w:b/>
        </w:rPr>
        <w:t xml:space="preserve">  </w:t>
      </w:r>
      <w:r>
        <w:t>да ћемо за сваког регистрованог играча,</w:t>
      </w:r>
      <w:r>
        <w:t xml:space="preserve"> прије његовог првог наступа, прибавити писану потврду његовог матичног клуба и доставити је КСРС;</w:t>
      </w:r>
    </w:p>
    <w:p w:rsidR="00B832AA" w:rsidRDefault="00FD3B51">
      <w:pPr>
        <w:ind w:left="113"/>
      </w:pPr>
      <w:r>
        <w:rPr>
          <w:b/>
        </w:rPr>
        <w:t>☐</w:t>
      </w:r>
      <w:r>
        <w:rPr>
          <w:b/>
        </w:rPr>
        <w:t xml:space="preserve">  </w:t>
      </w:r>
      <w:r>
        <w:t>да играчу без уредне писане потврде матичног клуба нећемо дозволити наступ у лиги;</w:t>
      </w:r>
    </w:p>
    <w:p w:rsidR="00B832AA" w:rsidRDefault="00FD3B51">
      <w:pPr>
        <w:ind w:left="113"/>
      </w:pPr>
      <w:r>
        <w:rPr>
          <w:b/>
        </w:rPr>
        <w:t>☐</w:t>
      </w:r>
      <w:r>
        <w:rPr>
          <w:b/>
        </w:rPr>
        <w:t xml:space="preserve">  </w:t>
      </w:r>
      <w:r>
        <w:t>да без посебне претходне писане сагласности КСРС нећемо користити на</w:t>
      </w:r>
      <w:r>
        <w:t>зив, скраћеницу, знак, грб, логотип, заставу, визуелни идентитет или друга обиљежја КСРС, нити ћемо лигу представљати као званично такмичење, пројекат, партнерство или покровитељство КСРС;</w:t>
      </w:r>
    </w:p>
    <w:p w:rsidR="00B832AA" w:rsidRDefault="00FD3B51">
      <w:pPr>
        <w:ind w:left="113"/>
      </w:pPr>
      <w:r>
        <w:rPr>
          <w:b/>
        </w:rPr>
        <w:t>☐</w:t>
      </w:r>
      <w:r>
        <w:rPr>
          <w:b/>
        </w:rPr>
        <w:t xml:space="preserve">  </w:t>
      </w:r>
      <w:r>
        <w:t>да ћемо обезбиједити здравствену заштиту, безбједност, осигурање</w:t>
      </w:r>
      <w:r>
        <w:t xml:space="preserve"> и одговарајуће услове у спортским објектима;</w:t>
      </w:r>
    </w:p>
    <w:p w:rsidR="00B832AA" w:rsidRDefault="00FD3B51">
      <w:pPr>
        <w:ind w:left="113"/>
      </w:pPr>
      <w:r>
        <w:rPr>
          <w:b/>
        </w:rPr>
        <w:t>☐</w:t>
      </w:r>
      <w:r>
        <w:rPr>
          <w:b/>
        </w:rPr>
        <w:t xml:space="preserve">  </w:t>
      </w:r>
      <w:r>
        <w:t>да ћемо КСРС, на његов захтјев, омогућити увид у документацију, спискове учесника, извјештаје и ток такмичења;</w:t>
      </w:r>
    </w:p>
    <w:p w:rsidR="00B832AA" w:rsidRDefault="00FD3B51">
      <w:pPr>
        <w:ind w:left="113"/>
      </w:pPr>
      <w:r>
        <w:rPr>
          <w:b/>
        </w:rPr>
        <w:t>☐</w:t>
      </w:r>
      <w:r>
        <w:rPr>
          <w:b/>
        </w:rPr>
        <w:t xml:space="preserve">  </w:t>
      </w:r>
      <w:r>
        <w:t>да ћемо сваку промјену података, календара, учесника или услова организације без одлагања при</w:t>
      </w:r>
      <w:r>
        <w:t>јавити КСРС;</w:t>
      </w:r>
    </w:p>
    <w:p w:rsidR="00B832AA" w:rsidRDefault="00FD3B51">
      <w:pPr>
        <w:ind w:left="113"/>
      </w:pPr>
      <w:r>
        <w:rPr>
          <w:b/>
        </w:rPr>
        <w:t>☐</w:t>
      </w:r>
      <w:r>
        <w:rPr>
          <w:b/>
        </w:rPr>
        <w:t xml:space="preserve">  </w:t>
      </w:r>
      <w:r>
        <w:t>да ћемо по завршетку лиге доставити извјештај о реализацији, резултатима, учесницима и евентуалним инцидентима;</w:t>
      </w:r>
    </w:p>
    <w:p w:rsidR="00B832AA" w:rsidRDefault="00FD3B51">
      <w:pPr>
        <w:ind w:left="113"/>
      </w:pPr>
      <w:r>
        <w:rPr>
          <w:b/>
        </w:rPr>
        <w:t>☐</w:t>
      </w:r>
      <w:r>
        <w:rPr>
          <w:b/>
        </w:rPr>
        <w:t xml:space="preserve">  </w:t>
      </w:r>
      <w:r>
        <w:t>да прихватамо да КСРС може одбити апликацију, одредити додатне услове или повући издату потврду ако се утврди непоштовање усл</w:t>
      </w:r>
      <w:r>
        <w:t>ова или прописа.</w:t>
      </w:r>
    </w:p>
    <w:p w:rsidR="00B832AA" w:rsidRDefault="00B832AA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15"/>
        <w:gridCol w:w="6236"/>
      </w:tblGrid>
      <w:tr w:rsidR="00B832AA">
        <w:trPr>
          <w:jc w:val="center"/>
        </w:trPr>
        <w:tc>
          <w:tcPr>
            <w:tcW w:w="351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rPr>
                <w:b/>
              </w:rPr>
              <w:t>Мјесто и датум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  <w:tr w:rsidR="00B832AA">
        <w:trPr>
          <w:jc w:val="center"/>
        </w:trPr>
        <w:tc>
          <w:tcPr>
            <w:tcW w:w="351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rPr>
                <w:b/>
              </w:rPr>
              <w:t>Име и презиме овлашћеног лица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  <w:tr w:rsidR="00B832AA">
        <w:trPr>
          <w:jc w:val="center"/>
        </w:trPr>
        <w:tc>
          <w:tcPr>
            <w:tcW w:w="351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rPr>
                <w:b/>
              </w:rPr>
              <w:t>Функција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  <w:tr w:rsidR="00B832AA">
        <w:trPr>
          <w:jc w:val="center"/>
        </w:trPr>
        <w:tc>
          <w:tcPr>
            <w:tcW w:w="351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FD3B51">
            <w:r>
              <w:rPr>
                <w:b/>
              </w:rPr>
              <w:t>Потпис и печат организатора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832AA" w:rsidRDefault="00B832AA"/>
        </w:tc>
      </w:tr>
    </w:tbl>
    <w:p w:rsidR="00B832AA" w:rsidRDefault="00B832AA">
      <w:pPr>
        <w:spacing w:after="0"/>
      </w:pPr>
    </w:p>
    <w:p w:rsidR="00B832AA" w:rsidRDefault="00B832AA"/>
    <w:sectPr w:rsidR="00B832AA" w:rsidSect="00034616">
      <w:footerReference w:type="default" r:id="rId8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D3B51">
      <w:pPr>
        <w:spacing w:after="0" w:line="240" w:lineRule="auto"/>
      </w:pPr>
      <w:r>
        <w:separator/>
      </w:r>
    </w:p>
  </w:endnote>
  <w:endnote w:type="continuationSeparator" w:id="0">
    <w:p w:rsidR="00000000" w:rsidRDefault="00FD3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2AA" w:rsidRDefault="00FD3B51">
    <w:pPr>
      <w:pStyle w:val="Footer"/>
      <w:jc w:val="center"/>
    </w:pPr>
    <w:r>
      <w:rPr>
        <w:i/>
      </w:rPr>
      <w:t>Апликациона форма – лиге ван званичног система такмичења КСРС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D3B51">
      <w:pPr>
        <w:spacing w:after="0" w:line="240" w:lineRule="auto"/>
      </w:pPr>
      <w:r>
        <w:separator/>
      </w:r>
    </w:p>
  </w:footnote>
  <w:footnote w:type="continuationSeparator" w:id="0">
    <w:p w:rsidR="00000000" w:rsidRDefault="00FD3B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C3AAC"/>
    <w:rsid w:val="0029639D"/>
    <w:rsid w:val="00326F90"/>
    <w:rsid w:val="009E5D96"/>
    <w:rsid w:val="00AA1D8D"/>
    <w:rsid w:val="00B47730"/>
    <w:rsid w:val="00B832AA"/>
    <w:rsid w:val="00CB0664"/>
    <w:rsid w:val="00FC693F"/>
    <w:rsid w:val="00FD3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5D1174"/>
  <w14:defaultImageDpi w14:val="300"/>
  <w15:docId w15:val="{2083ED63-772E-4351-94F3-B5224221C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eastAsia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16375C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E5D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5D96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400D170-1DB5-44EE-A39A-239F3E0EF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Korisnik</cp:lastModifiedBy>
  <cp:revision>2</cp:revision>
  <cp:lastPrinted>2026-09-14T09:33:00Z</cp:lastPrinted>
  <dcterms:created xsi:type="dcterms:W3CDTF">2026-09-15T07:07:00Z</dcterms:created>
  <dcterms:modified xsi:type="dcterms:W3CDTF">2026-09-15T07:07:00Z</dcterms:modified>
  <cp:category/>
</cp:coreProperties>
</file>